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944"/>
        <w:jc w:val="center"/>
        <w:tblLayout w:type="fixed"/>
        <w:tblLook w:firstColumn="1" w:firstRow="1" w:lastColumn="0" w:lastRow="0" w:noHBand="0" w:noVBand="1" w:val="04A0"/>
      </w:tblPr>
      <w:tblGrid>
        <w:gridCol w:w="1550"/>
        <w:gridCol w:w="7044"/>
        <w:gridCol w:w="2350"/>
      </w:tblGrid>
      <w:tr>
        <w:tc>
          <w:tcPr>
            <w:tcW w:type="dxa" w:w="1550"/>
          </w:tcPr>
          <w:p>
            <w:pPr>
              <w:jc w:val="center"/>
            </w:pPr>
            <w:r>
              <w:drawing>
                <wp:inline xmlns:a="http://schemas.openxmlformats.org/drawingml/2006/main" xmlns:pic="http://schemas.openxmlformats.org/drawingml/2006/picture">
                  <wp:extent cx="658368" cy="606117"/>
                  <wp:docPr id="1" name="Picture 1"/>
                  <wp:cNvGraphicFramePr>
                    <a:graphicFrameLocks noChangeAspect="1"/>
                  </wp:cNvGraphicFramePr>
                  <a:graphic>
                    <a:graphicData uri="http://schemas.openxmlformats.org/drawingml/2006/picture">
                      <pic:pic>
                        <pic:nvPicPr>
                          <pic:cNvPr id="0" name="image2.jpeg"/>
                          <pic:cNvPicPr/>
                        </pic:nvPicPr>
                        <pic:blipFill>
                          <a:blip r:embed="rId9"/>
                          <a:stretch>
                            <a:fillRect/>
                          </a:stretch>
                        </pic:blipFill>
                        <pic:spPr>
                          <a:xfrm>
                            <a:off x="0" y="0"/>
                            <a:ext cx="658368" cy="606117"/>
                          </a:xfrm>
                          <a:prstGeom prst="rect"/>
                        </pic:spPr>
                      </pic:pic>
                    </a:graphicData>
                  </a:graphic>
                </wp:inline>
              </w:drawing>
            </w:r>
          </w:p>
        </w:tc>
        <w:tc>
          <w:tcPr>
            <w:tcW w:type="dxa" w:w="7044"/>
          </w:tcPr>
          <w:p>
            <w:pPr>
              <w:spacing w:after="80"/>
              <w:jc w:val="center"/>
            </w:pPr>
            <w:r/>
            <w:r>
              <w:rPr>
                <w:rFonts w:ascii="Arial" w:hAnsi="Arial"/>
                <w:b/>
                <w:sz w:val="26"/>
              </w:rPr>
              <w:t>SOLICITUD PARA LA CENA FESTIVA DE ACCIÓN DE GRACIAS 2026</w:t>
            </w:r>
          </w:p>
          <w:p>
            <w:pPr>
              <w:spacing w:before="20" w:after="80"/>
              <w:jc w:val="center"/>
            </w:pPr>
            <w:r>
              <w:rPr>
                <w:b/>
                <w:i/>
                <w:sz w:val="18"/>
              </w:rPr>
              <w:t>Pierre Area Referral Service en colaboración con Feeding South Dakota</w:t>
            </w:r>
          </w:p>
          <w:p>
            <w:pPr>
              <w:spacing w:before="20" w:after="80"/>
              <w:jc w:val="center"/>
            </w:pPr>
            <w:r>
              <w:rPr>
                <w:b/>
                <w:color w:val="BE0000"/>
                <w:sz w:val="20"/>
              </w:rPr>
              <w:t>FECHA LÍMITE PARA SOLICITAR: 1 DE NOVIEMBRE DE 2026</w:t>
            </w:r>
          </w:p>
          <w:p>
            <w:pPr>
              <w:spacing w:before="20" w:after="20"/>
              <w:jc w:val="center"/>
            </w:pPr>
            <w:r>
              <w:rPr>
                <w:b/>
                <w:sz w:val="18"/>
              </w:rPr>
              <w:t>La solicitud debe estar completa y ser legible para poder procesarla.</w:t>
            </w:r>
          </w:p>
        </w:tc>
        <w:tc>
          <w:tcPr>
            <w:tcW w:type="dxa" w:w="2350"/>
          </w:tcPr>
          <w:p>
            <w:pPr>
              <w:jc w:val="center"/>
            </w:pPr>
            <w:r/>
            <w:r>
              <w:drawing>
                <wp:inline xmlns:a="http://schemas.openxmlformats.org/drawingml/2006/main" xmlns:pic="http://schemas.openxmlformats.org/drawingml/2006/picture">
                  <wp:extent cx="960120" cy="454982"/>
                  <wp:docPr id="2" name="Picture 2"/>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960120" cy="454982"/>
                          </a:xfrm>
                          <a:prstGeom prst="rect"/>
                        </pic:spPr>
                      </pic:pic>
                    </a:graphicData>
                  </a:graphic>
                </wp:inline>
              </w:drawing>
            </w:r>
          </w:p>
        </w:tc>
      </w:tr>
    </w:tbl>
    <w:tbl>
      <w:tblPr>
        <w:tblW w:type="dxa" w:w="10944"/>
        <w:jc w:val="center"/>
        <w:tblLayout w:type="fixed"/>
        <w:tblLook w:firstColumn="1" w:firstRow="1" w:lastColumn="0" w:lastRow="0" w:noHBand="0" w:noVBand="1" w:val="04A0"/>
      </w:tblPr>
      <w:tblGrid>
        <w:gridCol w:w="5472"/>
        <w:gridCol w:w="5472"/>
      </w:tblGrid>
      <w:tr>
        <w:trPr>
          <w:trHeight w:val="475" w:hRule="exact"/>
        </w:trPr>
        <w:tc>
          <w:tcPr>
            <w:tcW w:type="dxa" w:w="5472"/>
            <w:vAlign w:val="center"/>
            <w:tcMar>
              <w:top w:w="45" w:type="dxa"/>
              <w:start w:w="75" w:type="dxa"/>
              <w:bottom w:w="45" w:type="dxa"/>
              <w:end w:w="75" w:type="dxa"/>
            </w:tcMar>
          </w:tcPr>
          <w:p>
            <w:pPr>
              <w:spacing w:after="0"/>
              <w:jc w:val="left"/>
            </w:pPr>
            <w:r/>
            <w:r>
              <w:rPr>
                <w:rFonts w:ascii="Arial" w:hAnsi="Arial"/>
                <w:b w:val="0"/>
                <w:color w:val="000000"/>
                <w:sz w:val="16"/>
              </w:rPr>
              <w:t>Nombre: __________________________________________</w:t>
            </w:r>
          </w:p>
        </w:tc>
        <w:tc>
          <w:tcPr>
            <w:tcW w:type="dxa" w:w="5472"/>
            <w:vAlign w:val="center"/>
            <w:tcMar>
              <w:top w:w="45" w:type="dxa"/>
              <w:start w:w="75" w:type="dxa"/>
              <w:bottom w:w="45" w:type="dxa"/>
              <w:end w:w="75" w:type="dxa"/>
            </w:tcMar>
          </w:tcPr>
          <w:p>
            <w:pPr>
              <w:spacing w:after="0"/>
              <w:jc w:val="left"/>
            </w:pPr>
            <w:r/>
            <w:r>
              <w:rPr>
                <w:rFonts w:ascii="Arial" w:hAnsi="Arial"/>
                <w:b w:val="0"/>
                <w:color w:val="000000"/>
                <w:sz w:val="16"/>
              </w:rPr>
              <w:t>Número total de personas en el hogar: ________</w:t>
            </w:r>
          </w:p>
        </w:tc>
      </w:tr>
      <w:tr>
        <w:trPr>
          <w:trHeight w:val="475" w:hRule="exact"/>
        </w:trPr>
        <w:tc>
          <w:tcPr>
            <w:tcW w:type="dxa" w:w="5472"/>
            <w:vAlign w:val="center"/>
            <w:tcMar>
              <w:top w:w="45" w:type="dxa"/>
              <w:start w:w="75" w:type="dxa"/>
              <w:bottom w:w="45" w:type="dxa"/>
              <w:end w:w="75" w:type="dxa"/>
            </w:tcMar>
          </w:tcPr>
          <w:p>
            <w:pPr>
              <w:spacing w:after="0"/>
              <w:jc w:val="left"/>
            </w:pPr>
            <w:r/>
            <w:r>
              <w:rPr>
                <w:rFonts w:ascii="Arial" w:hAnsi="Arial"/>
                <w:b w:val="0"/>
                <w:color w:val="000000"/>
                <w:sz w:val="16"/>
              </w:rPr>
              <w:t>Dirección postal: _________________________________</w:t>
            </w:r>
          </w:p>
        </w:tc>
        <w:tc>
          <w:tcPr>
            <w:tcW w:type="dxa" w:w="5472"/>
            <w:vAlign w:val="center"/>
            <w:tcMar>
              <w:top w:w="45" w:type="dxa"/>
              <w:start w:w="75" w:type="dxa"/>
              <w:bottom w:w="45" w:type="dxa"/>
              <w:end w:w="75" w:type="dxa"/>
            </w:tcMar>
          </w:tcPr>
          <w:p>
            <w:pPr>
              <w:spacing w:after="0"/>
              <w:jc w:val="left"/>
            </w:pPr>
            <w:r/>
            <w:r>
              <w:rPr>
                <w:rFonts w:ascii="Arial" w:hAnsi="Arial"/>
                <w:b w:val="0"/>
                <w:color w:val="000000"/>
                <w:sz w:val="16"/>
              </w:rPr>
              <w:t>Ciudad: __________________________________</w:t>
            </w:r>
          </w:p>
        </w:tc>
      </w:tr>
      <w:tr>
        <w:trPr>
          <w:trHeight w:val="475" w:hRule="exact"/>
        </w:trPr>
        <w:tc>
          <w:tcPr>
            <w:tcW w:type="dxa" w:w="5472"/>
            <w:vAlign w:val="center"/>
            <w:tcMar>
              <w:top w:w="45" w:type="dxa"/>
              <w:start w:w="75" w:type="dxa"/>
              <w:bottom w:w="45" w:type="dxa"/>
              <w:end w:w="75" w:type="dxa"/>
            </w:tcMar>
          </w:tcPr>
          <w:p>
            <w:pPr>
              <w:spacing w:after="0"/>
              <w:jc w:val="left"/>
            </w:pPr>
            <w:r/>
            <w:r>
              <w:rPr>
                <w:rFonts w:ascii="Arial" w:hAnsi="Arial"/>
                <w:b w:val="0"/>
                <w:color w:val="000000"/>
                <w:sz w:val="16"/>
              </w:rPr>
              <w:t>Dirección de residencia: ___________________________</w:t>
            </w:r>
          </w:p>
        </w:tc>
        <w:tc>
          <w:tcPr>
            <w:tcW w:type="dxa" w:w="5472"/>
            <w:vAlign w:val="center"/>
            <w:tcMar>
              <w:top w:w="45" w:type="dxa"/>
              <w:start w:w="75" w:type="dxa"/>
              <w:bottom w:w="45" w:type="dxa"/>
              <w:end w:w="75" w:type="dxa"/>
            </w:tcMar>
          </w:tcPr>
          <w:p>
            <w:pPr>
              <w:spacing w:after="0"/>
              <w:jc w:val="left"/>
            </w:pPr>
            <w:r/>
            <w:r>
              <w:rPr>
                <w:rFonts w:ascii="Arial" w:hAnsi="Arial"/>
                <w:b w:val="0"/>
                <w:color w:val="000000"/>
                <w:sz w:val="16"/>
              </w:rPr>
              <w:t>Ciudad: __________________________________</w:t>
            </w:r>
          </w:p>
        </w:tc>
      </w:tr>
    </w:tbl>
    <w:p>
      <w:pPr>
        <w:spacing w:before="20" w:after="200"/>
      </w:pPr>
      <w:r>
        <w:rPr>
          <w:sz w:val="16"/>
        </w:rPr>
        <w:t>Teléfono: ____________________________     Otro número para dejar mensajes: ____________________________</w:t>
      </w:r>
      <w:r>
        <w:rPr>
          <w:sz w:val="17"/>
        </w:rPr>
      </w:r>
    </w:p>
    <w:tbl>
      <w:tblPr>
        <w:tblW w:type="dxa" w:w="10944"/>
        <w:jc w:val="center"/>
        <w:tblLayout w:type="fixed"/>
        <w:tblLook w:firstColumn="1" w:firstRow="1" w:lastColumn="0" w:lastRow="0" w:noHBand="0" w:noVBand="1" w:val="04A0"/>
      </w:tblPr>
      <w:tblGrid>
        <w:gridCol w:w="10944"/>
      </w:tblGrid>
      <w:tr>
        <w:tc>
          <w:tcPr>
            <w:tcW w:type="dxa" w:w="10944"/>
            <w:vAlign w:val="center"/>
            <w:tcMar>
              <w:top w:w="45" w:type="dxa"/>
              <w:start w:w="75" w:type="dxa"/>
              <w:bottom w:w="45" w:type="dxa"/>
              <w:end w:w="75" w:type="dxa"/>
            </w:tcMar>
            <w:shd w:fill="000000"/>
          </w:tcPr>
          <w:p>
            <w:pPr>
              <w:spacing w:after="0"/>
              <w:jc w:val="center"/>
            </w:pPr>
            <w:r/>
            <w:r>
              <w:rPr>
                <w:rFonts w:ascii="Arial" w:hAnsi="Arial"/>
                <w:b/>
                <w:color w:val="FFFFFF"/>
                <w:sz w:val="21"/>
              </w:rPr>
              <w:t>INFORMACIÓN DE LAS PERSONAS EN EL HOGAR</w:t>
            </w:r>
          </w:p>
        </w:tc>
      </w:tr>
    </w:tbl>
    <w:tbl>
      <w:tblPr>
        <w:tblStyle w:val="TableGrid"/>
        <w:tblW w:type="dxa" w:w="10944"/>
        <w:jc w:val="center"/>
        <w:tblLayout w:type="fixed"/>
        <w:tblLook w:firstColumn="1" w:firstRow="1" w:lastColumn="0" w:lastRow="0" w:noHBand="0" w:noVBand="1" w:val="04A0"/>
      </w:tblPr>
      <w:tblGrid>
        <w:gridCol w:w="5200"/>
        <w:gridCol w:w="3000"/>
        <w:gridCol w:w="2744"/>
      </w:tblGrid>
      <w:tr>
        <w:tc>
          <w:tcPr>
            <w:tcW w:type="dxa" w:w="5200"/>
            <w:vAlign w:val="center"/>
            <w:tcMar>
              <w:top w:w="45" w:type="dxa"/>
              <w:start w:w="75" w:type="dxa"/>
              <w:bottom w:w="45" w:type="dxa"/>
              <w:end w:w="75" w:type="dxa"/>
            </w:tcMar>
            <w:shd w:fill="D9D9D9"/>
          </w:tcPr>
          <w:p>
            <w:pPr>
              <w:spacing w:after="0"/>
              <w:jc w:val="center"/>
            </w:pPr>
            <w:r/>
            <w:r>
              <w:rPr>
                <w:rFonts w:ascii="Arial" w:hAnsi="Arial"/>
                <w:b/>
                <w:color w:val="000000"/>
                <w:sz w:val="18"/>
              </w:rPr>
              <w:t>Nombre completo</w:t>
            </w:r>
          </w:p>
        </w:tc>
        <w:tc>
          <w:tcPr>
            <w:tcW w:type="dxa" w:w="3000"/>
            <w:vAlign w:val="center"/>
            <w:tcMar>
              <w:top w:w="45" w:type="dxa"/>
              <w:start w:w="75" w:type="dxa"/>
              <w:bottom w:w="45" w:type="dxa"/>
              <w:end w:w="75" w:type="dxa"/>
            </w:tcMar>
            <w:shd w:fill="D9D9D9"/>
          </w:tcPr>
          <w:p>
            <w:pPr>
              <w:spacing w:after="0"/>
              <w:jc w:val="center"/>
            </w:pPr>
            <w:r/>
            <w:r>
              <w:rPr>
                <w:rFonts w:ascii="Arial" w:hAnsi="Arial"/>
                <w:b/>
                <w:color w:val="000000"/>
                <w:sz w:val="18"/>
              </w:rPr>
              <w:t>Parentesco</w:t>
            </w:r>
          </w:p>
        </w:tc>
        <w:tc>
          <w:tcPr>
            <w:tcW w:type="dxa" w:w="2744"/>
            <w:vAlign w:val="center"/>
            <w:tcMar>
              <w:top w:w="45" w:type="dxa"/>
              <w:start w:w="75" w:type="dxa"/>
              <w:bottom w:w="45" w:type="dxa"/>
              <w:end w:w="75" w:type="dxa"/>
            </w:tcMar>
            <w:shd w:fill="D9D9D9"/>
          </w:tcPr>
          <w:p>
            <w:pPr>
              <w:spacing w:after="0"/>
              <w:jc w:val="center"/>
            </w:pPr>
            <w:r/>
            <w:r>
              <w:rPr>
                <w:rFonts w:ascii="Arial" w:hAnsi="Arial"/>
                <w:b/>
                <w:color w:val="000000"/>
                <w:sz w:val="18"/>
              </w:rPr>
              <w:t>Fecha de nacimiento</w:t>
            </w:r>
          </w:p>
        </w:tc>
      </w:tr>
      <w:tr>
        <w:trPr>
          <w:trHeight w:val="410" w:hRule="exact"/>
        </w:trPr>
        <w:tc>
          <w:tcPr>
            <w:tcW w:type="dxa" w:w="52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3000"/>
            <w:vAlign w:val="center"/>
            <w:tcMar>
              <w:top w:w="45" w:type="dxa"/>
              <w:start w:w="75" w:type="dxa"/>
              <w:bottom w:w="45" w:type="dxa"/>
              <w:end w:w="75" w:type="dxa"/>
            </w:tcMar>
          </w:tcPr>
          <w:p>
            <w:pPr>
              <w:spacing w:after="0"/>
              <w:jc w:val="center"/>
            </w:pPr>
            <w:r/>
            <w:r>
              <w:rPr>
                <w:rFonts w:ascii="Arial" w:hAnsi="Arial"/>
                <w:b w:val="0"/>
                <w:color w:val="000000"/>
                <w:sz w:val="16"/>
              </w:rPr>
              <w:t>(Usted)</w:t>
            </w:r>
          </w:p>
        </w:tc>
        <w:tc>
          <w:tcPr>
            <w:tcW w:type="dxa" w:w="2744"/>
            <w:vAlign w:val="center"/>
            <w:tcMar>
              <w:top w:w="45" w:type="dxa"/>
              <w:start w:w="75" w:type="dxa"/>
              <w:bottom w:w="45" w:type="dxa"/>
              <w:end w:w="75" w:type="dxa"/>
            </w:tcMar>
          </w:tcPr>
          <w:p>
            <w:pPr>
              <w:spacing w:after="0"/>
              <w:jc w:val="left"/>
            </w:pPr>
            <w:r/>
            <w:r>
              <w:rPr>
                <w:rFonts w:ascii="Arial" w:hAnsi="Arial"/>
                <w:b w:val="0"/>
                <w:color w:val="000000"/>
                <w:sz w:val="16"/>
              </w:rPr>
            </w:r>
          </w:p>
        </w:tc>
      </w:tr>
      <w:tr>
        <w:trPr>
          <w:trHeight w:val="410" w:hRule="exact"/>
        </w:trPr>
        <w:tc>
          <w:tcPr>
            <w:tcW w:type="dxa" w:w="52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30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2744"/>
            <w:vAlign w:val="center"/>
            <w:tcMar>
              <w:top w:w="45" w:type="dxa"/>
              <w:start w:w="75" w:type="dxa"/>
              <w:bottom w:w="45" w:type="dxa"/>
              <w:end w:w="75" w:type="dxa"/>
            </w:tcMar>
          </w:tcPr>
          <w:p>
            <w:pPr>
              <w:spacing w:after="0"/>
              <w:jc w:val="left"/>
            </w:pPr>
            <w:r/>
            <w:r>
              <w:rPr>
                <w:rFonts w:ascii="Arial" w:hAnsi="Arial"/>
                <w:b w:val="0"/>
                <w:color w:val="000000"/>
                <w:sz w:val="16"/>
              </w:rPr>
            </w:r>
          </w:p>
        </w:tc>
      </w:tr>
      <w:tr>
        <w:trPr>
          <w:trHeight w:val="410" w:hRule="exact"/>
        </w:trPr>
        <w:tc>
          <w:tcPr>
            <w:tcW w:type="dxa" w:w="52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30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2744"/>
            <w:vAlign w:val="center"/>
            <w:tcMar>
              <w:top w:w="45" w:type="dxa"/>
              <w:start w:w="75" w:type="dxa"/>
              <w:bottom w:w="45" w:type="dxa"/>
              <w:end w:w="75" w:type="dxa"/>
            </w:tcMar>
          </w:tcPr>
          <w:p>
            <w:pPr>
              <w:spacing w:after="0"/>
              <w:jc w:val="left"/>
            </w:pPr>
            <w:r/>
            <w:r>
              <w:rPr>
                <w:rFonts w:ascii="Arial" w:hAnsi="Arial"/>
                <w:b w:val="0"/>
                <w:color w:val="000000"/>
                <w:sz w:val="16"/>
              </w:rPr>
            </w:r>
          </w:p>
        </w:tc>
      </w:tr>
      <w:tr>
        <w:trPr>
          <w:trHeight w:val="410" w:hRule="exact"/>
        </w:trPr>
        <w:tc>
          <w:tcPr>
            <w:tcW w:type="dxa" w:w="52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30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2744"/>
            <w:vAlign w:val="center"/>
            <w:tcMar>
              <w:top w:w="45" w:type="dxa"/>
              <w:start w:w="75" w:type="dxa"/>
              <w:bottom w:w="45" w:type="dxa"/>
              <w:end w:w="75" w:type="dxa"/>
            </w:tcMar>
          </w:tcPr>
          <w:p>
            <w:pPr>
              <w:spacing w:after="0"/>
              <w:jc w:val="left"/>
            </w:pPr>
            <w:r/>
            <w:r>
              <w:rPr>
                <w:rFonts w:ascii="Arial" w:hAnsi="Arial"/>
                <w:b w:val="0"/>
                <w:color w:val="000000"/>
                <w:sz w:val="16"/>
              </w:rPr>
            </w:r>
          </w:p>
        </w:tc>
      </w:tr>
      <w:tr>
        <w:trPr>
          <w:trHeight w:val="410" w:hRule="exact"/>
        </w:trPr>
        <w:tc>
          <w:tcPr>
            <w:tcW w:type="dxa" w:w="52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30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2744"/>
            <w:vAlign w:val="center"/>
            <w:tcMar>
              <w:top w:w="45" w:type="dxa"/>
              <w:start w:w="75" w:type="dxa"/>
              <w:bottom w:w="45" w:type="dxa"/>
              <w:end w:w="75" w:type="dxa"/>
            </w:tcMar>
          </w:tcPr>
          <w:p>
            <w:pPr>
              <w:spacing w:after="0"/>
              <w:jc w:val="left"/>
            </w:pPr>
            <w:r/>
            <w:r>
              <w:rPr>
                <w:rFonts w:ascii="Arial" w:hAnsi="Arial"/>
                <w:b w:val="0"/>
                <w:color w:val="000000"/>
                <w:sz w:val="16"/>
              </w:rPr>
            </w:r>
          </w:p>
        </w:tc>
      </w:tr>
      <w:tr>
        <w:trPr>
          <w:trHeight w:val="410" w:hRule="exact"/>
        </w:trPr>
        <w:tc>
          <w:tcPr>
            <w:tcW w:type="dxa" w:w="52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3000"/>
            <w:vAlign w:val="center"/>
            <w:tcMar>
              <w:top w:w="45" w:type="dxa"/>
              <w:start w:w="75" w:type="dxa"/>
              <w:bottom w:w="45" w:type="dxa"/>
              <w:end w:w="75" w:type="dxa"/>
            </w:tcMar>
          </w:tcPr>
          <w:p>
            <w:pPr>
              <w:spacing w:after="0"/>
              <w:jc w:val="left"/>
            </w:pPr>
            <w:r/>
            <w:r>
              <w:rPr>
                <w:rFonts w:ascii="Arial" w:hAnsi="Arial"/>
                <w:b w:val="0"/>
                <w:color w:val="000000"/>
                <w:sz w:val="16"/>
              </w:rPr>
            </w:r>
          </w:p>
        </w:tc>
        <w:tc>
          <w:tcPr>
            <w:tcW w:type="dxa" w:w="2744"/>
            <w:vAlign w:val="center"/>
            <w:tcMar>
              <w:top w:w="45" w:type="dxa"/>
              <w:start w:w="75" w:type="dxa"/>
              <w:bottom w:w="45" w:type="dxa"/>
              <w:end w:w="75" w:type="dxa"/>
            </w:tcMar>
          </w:tcPr>
          <w:p>
            <w:pPr>
              <w:spacing w:after="0"/>
              <w:jc w:val="left"/>
            </w:pPr>
            <w:r/>
            <w:r>
              <w:rPr>
                <w:rFonts w:ascii="Arial" w:hAnsi="Arial"/>
                <w:b w:val="0"/>
                <w:color w:val="000000"/>
                <w:sz w:val="16"/>
              </w:rPr>
            </w:r>
          </w:p>
        </w:tc>
      </w:tr>
    </w:tbl>
    <w:p>
      <w:pPr>
        <w:spacing w:before="20" w:after="20"/>
        <w:jc w:val="center"/>
      </w:pPr>
      <w:r>
        <w:rPr>
          <w:i/>
          <w:sz w:val="16"/>
        </w:rPr>
        <w:t>Si necesita más espacio, anote a las demás personas del hogar al reverso.</w:t>
      </w:r>
    </w:p>
    <w:tbl>
      <w:tblPr>
        <w:tblW w:type="dxa" w:w="10944"/>
        <w:jc w:val="center"/>
        <w:tblLayout w:type="fixed"/>
        <w:tblLook w:firstColumn="1" w:firstRow="1" w:lastColumn="0" w:lastRow="0" w:noHBand="0" w:noVBand="1" w:val="04A0"/>
      </w:tblPr>
      <w:tblGrid>
        <w:gridCol w:w="10944"/>
      </w:tblGrid>
      <w:tr>
        <w:tc>
          <w:tcPr>
            <w:tcW w:type="dxa" w:w="10944"/>
            <w:vAlign w:val="center"/>
            <w:tcMar>
              <w:top w:w="45" w:type="dxa"/>
              <w:start w:w="75" w:type="dxa"/>
              <w:bottom w:w="45" w:type="dxa"/>
              <w:end w:w="75" w:type="dxa"/>
            </w:tcMar>
            <w:shd w:fill="000000"/>
          </w:tcPr>
          <w:p>
            <w:pPr>
              <w:spacing w:after="0"/>
              <w:jc w:val="center"/>
            </w:pPr>
            <w:r/>
            <w:r>
              <w:rPr>
                <w:rFonts w:ascii="Arial" w:hAnsi="Arial"/>
                <w:b/>
                <w:color w:val="FFFFFF"/>
                <w:sz w:val="21"/>
              </w:rPr>
              <w:t>INGRESOS TOTALES DEL HOGAR</w:t>
            </w:r>
          </w:p>
        </w:tc>
      </w:tr>
    </w:tbl>
    <w:tbl>
      <w:tblPr>
        <w:tblStyle w:val="TableGrid"/>
        <w:tblW w:type="dxa" w:w="10944"/>
        <w:jc w:val="center"/>
        <w:tblLayout w:type="fixed"/>
        <w:tblLook w:firstColumn="1" w:firstRow="1" w:lastColumn="0" w:lastRow="0" w:noHBand="0" w:noVBand="1" w:val="04A0"/>
      </w:tblPr>
      <w:tblGrid>
        <w:gridCol w:w="2800"/>
        <w:gridCol w:w="2000"/>
        <w:gridCol w:w="3100"/>
        <w:gridCol w:w="1800"/>
        <w:gridCol w:w="1244"/>
      </w:tblGrid>
      <w:tr>
        <w:tc>
          <w:tcPr>
            <w:tcW w:type="dxa" w:w="2800"/>
            <w:vAlign w:val="center"/>
            <w:tcMar>
              <w:top w:w="45" w:type="dxa"/>
              <w:start w:w="75" w:type="dxa"/>
              <w:bottom w:w="45" w:type="dxa"/>
              <w:end w:w="75" w:type="dxa"/>
            </w:tcMar>
            <w:shd w:fill="D9D9D9"/>
          </w:tcPr>
          <w:p>
            <w:pPr>
              <w:spacing w:after="0"/>
              <w:jc w:val="center"/>
            </w:pPr>
            <w:r/>
            <w:r>
              <w:rPr>
                <w:rFonts w:ascii="Arial" w:hAnsi="Arial"/>
                <w:b/>
                <w:color w:val="000000"/>
                <w:sz w:val="15"/>
              </w:rPr>
              <w:t>Tipo de ingreso</w:t>
            </w:r>
          </w:p>
        </w:tc>
        <w:tc>
          <w:tcPr>
            <w:tcW w:type="dxa" w:w="2000"/>
            <w:vAlign w:val="center"/>
            <w:tcMar>
              <w:top w:w="45" w:type="dxa"/>
              <w:start w:w="75" w:type="dxa"/>
              <w:bottom w:w="45" w:type="dxa"/>
              <w:end w:w="75" w:type="dxa"/>
            </w:tcMar>
            <w:shd w:fill="D9D9D9"/>
          </w:tcPr>
          <w:p>
            <w:pPr>
              <w:spacing w:after="0"/>
              <w:jc w:val="center"/>
            </w:pPr>
            <w:r/>
            <w:r>
              <w:rPr>
                <w:rFonts w:ascii="Arial" w:hAnsi="Arial"/>
                <w:b/>
                <w:color w:val="000000"/>
                <w:sz w:val="15"/>
              </w:rPr>
              <w:t>Quién lo recibe</w:t>
            </w:r>
          </w:p>
        </w:tc>
        <w:tc>
          <w:tcPr>
            <w:tcW w:type="dxa" w:w="3100"/>
            <w:vAlign w:val="center"/>
            <w:tcMar>
              <w:top w:w="45" w:type="dxa"/>
              <w:start w:w="75" w:type="dxa"/>
              <w:bottom w:w="45" w:type="dxa"/>
              <w:end w:w="75" w:type="dxa"/>
            </w:tcMar>
            <w:shd w:fill="D9D9D9"/>
          </w:tcPr>
          <w:p>
            <w:pPr>
              <w:spacing w:after="0"/>
              <w:jc w:val="center"/>
            </w:pPr>
            <w:r/>
            <w:r>
              <w:rPr>
                <w:rFonts w:ascii="Arial" w:hAnsi="Arial"/>
                <w:b/>
                <w:color w:val="000000"/>
                <w:sz w:val="15"/>
              </w:rPr>
              <w:t>Nombre del empleador o negocio</w:t>
            </w:r>
          </w:p>
        </w:tc>
        <w:tc>
          <w:tcPr>
            <w:tcW w:type="dxa" w:w="1800"/>
            <w:vAlign w:val="center"/>
            <w:tcMar>
              <w:top w:w="45" w:type="dxa"/>
              <w:start w:w="75" w:type="dxa"/>
              <w:bottom w:w="45" w:type="dxa"/>
              <w:end w:w="75" w:type="dxa"/>
            </w:tcMar>
            <w:shd w:fill="D9D9D9"/>
          </w:tcPr>
          <w:p>
            <w:pPr>
              <w:spacing w:after="0"/>
              <w:jc w:val="center"/>
            </w:pPr>
            <w:r/>
            <w:r>
              <w:rPr>
                <w:rFonts w:ascii="Arial" w:hAnsi="Arial"/>
                <w:b/>
                <w:color w:val="000000"/>
                <w:sz w:val="15"/>
              </w:rPr>
              <w:t>Cantidad</w:t>
            </w:r>
          </w:p>
        </w:tc>
        <w:tc>
          <w:tcPr>
            <w:tcW w:type="dxa" w:w="1244"/>
            <w:vAlign w:val="center"/>
            <w:tcMar>
              <w:top w:w="45" w:type="dxa"/>
              <w:start w:w="75" w:type="dxa"/>
              <w:bottom w:w="45" w:type="dxa"/>
              <w:end w:w="75" w:type="dxa"/>
            </w:tcMar>
            <w:shd w:fill="D9D9D9"/>
          </w:tcPr>
          <w:p>
            <w:pPr>
              <w:spacing w:after="0"/>
              <w:jc w:val="center"/>
            </w:pPr>
            <w:r/>
            <w:r>
              <w:rPr>
                <w:rFonts w:ascii="Arial" w:hAnsi="Arial"/>
                <w:b/>
                <w:color w:val="000000"/>
                <w:sz w:val="15"/>
              </w:rPr>
              <w:t>Frecuencia</w:t>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Trabajo (antes de impuestos)</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Trabajo (antes de impuestos)</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Apoyo tribal</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TANF</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Manutención de menores</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Beneficios por desempleo</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SSI / SSD / SSA</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Beneficios para veteranos</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rPr>
          <w:trHeight w:val="338" w:hRule="exact"/>
        </w:trPr>
        <w:tc>
          <w:tcPr>
            <w:tcW w:type="dxa" w:w="2800"/>
            <w:vAlign w:val="center"/>
            <w:tcMar>
              <w:top w:w="45" w:type="dxa"/>
              <w:start w:w="75" w:type="dxa"/>
              <w:bottom w:w="45" w:type="dxa"/>
              <w:end w:w="75" w:type="dxa"/>
            </w:tcMar>
          </w:tcPr>
          <w:p>
            <w:pPr>
              <w:spacing w:after="0"/>
              <w:jc w:val="left"/>
            </w:pPr>
            <w:r/>
            <w:r>
              <w:rPr>
                <w:rFonts w:ascii="Arial" w:hAnsi="Arial"/>
                <w:b w:val="0"/>
                <w:color w:val="000000"/>
                <w:sz w:val="14"/>
              </w:rPr>
              <w:t>Otros ingresos</w:t>
            </w:r>
          </w:p>
        </w:tc>
        <w:tc>
          <w:tcPr>
            <w:tcW w:type="dxa" w:w="20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3100"/>
            <w:vAlign w:val="center"/>
            <w:tcMar>
              <w:top w:w="45" w:type="dxa"/>
              <w:start w:w="75" w:type="dxa"/>
              <w:bottom w:w="45" w:type="dxa"/>
              <w:end w:w="75" w:type="dxa"/>
            </w:tcMar>
          </w:tcPr>
          <w:p>
            <w:pPr>
              <w:spacing w:after="0"/>
              <w:jc w:val="left"/>
            </w:pPr>
            <w:r/>
            <w:r>
              <w:rPr>
                <w:rFonts w:ascii="Arial" w:hAnsi="Arial"/>
                <w:b w:val="0"/>
                <w:color w:val="000000"/>
                <w:sz w:val="15"/>
              </w:rPr>
            </w:r>
          </w:p>
        </w:tc>
        <w:tc>
          <w:tcPr>
            <w:tcW w:type="dxa" w:w="1800"/>
            <w:vAlign w:val="center"/>
            <w:tcMar>
              <w:top w:w="45" w:type="dxa"/>
              <w:start w:w="75" w:type="dxa"/>
              <w:bottom w:w="45" w:type="dxa"/>
              <w:end w:w="75" w:type="dxa"/>
            </w:tcMar>
          </w:tcPr>
          <w:p>
            <w:pPr>
              <w:spacing w:after="0"/>
              <w:jc w:val="left"/>
            </w:pPr>
            <w:r/>
            <w:r>
              <w:rPr>
                <w:rFonts w:ascii="Arial" w:hAnsi="Arial"/>
                <w:b w:val="0"/>
                <w:color w:val="000000"/>
                <w:sz w:val="15"/>
              </w:rPr>
              <w:t>$</w:t>
            </w:r>
          </w:p>
        </w:tc>
        <w:tc>
          <w:tcPr>
            <w:tcW w:type="dxa" w:w="1244"/>
            <w:vAlign w:val="center"/>
            <w:tcMar>
              <w:top w:w="45" w:type="dxa"/>
              <w:start w:w="75" w:type="dxa"/>
              <w:bottom w:w="45" w:type="dxa"/>
              <w:end w:w="75" w:type="dxa"/>
            </w:tcMar>
          </w:tcPr>
          <w:p>
            <w:pPr>
              <w:spacing w:after="0"/>
              <w:jc w:val="left"/>
            </w:pPr>
            <w:r/>
            <w:r>
              <w:rPr>
                <w:rFonts w:ascii="Arial" w:hAnsi="Arial"/>
                <w:b w:val="0"/>
                <w:color w:val="000000"/>
                <w:sz w:val="15"/>
              </w:rPr>
            </w:r>
          </w:p>
        </w:tc>
      </w:tr>
      <w:tr>
        <w:tc>
          <w:tcPr>
            <w:tcW w:type="dxa" w:w="7900"/>
            <w:vAlign w:val="center"/>
            <w:gridSpan w:val="3"/>
            <w:tcMar>
              <w:top w:w="45" w:type="dxa"/>
              <w:start w:w="75" w:type="dxa"/>
              <w:bottom w:w="45" w:type="dxa"/>
              <w:end w:w="75" w:type="dxa"/>
            </w:tcMar>
            <w:shd w:fill="D9D9D9"/>
          </w:tcPr>
          <w:p>
            <w:pPr>
              <w:spacing w:after="0"/>
              <w:jc w:val="left"/>
            </w:pPr>
            <w:r/>
            <w:r>
              <w:rPr>
                <w:rFonts w:ascii="Arial" w:hAnsi="Arial"/>
                <w:b/>
                <w:color w:val="000000"/>
                <w:sz w:val="16"/>
              </w:rPr>
              <w:t>INGRESOS TOTALES DEL HOGAR</w:t>
            </w:r>
          </w:p>
        </w:tc>
        <w:tc>
          <w:tcPr>
            <w:tcW w:type="dxa" w:w="1800"/>
            <w:vAlign w:val="center"/>
            <w:tcMar>
              <w:top w:w="45" w:type="dxa"/>
              <w:start w:w="75" w:type="dxa"/>
              <w:bottom w:w="45" w:type="dxa"/>
              <w:end w:w="75" w:type="dxa"/>
            </w:tcMar>
            <w:shd w:fill="D9D9D9"/>
          </w:tcPr>
          <w:p>
            <w:pPr>
              <w:spacing w:after="0"/>
              <w:jc w:val="left"/>
            </w:pPr>
            <w:r/>
            <w:r>
              <w:rPr>
                <w:rFonts w:ascii="Arial" w:hAnsi="Arial"/>
                <w:b/>
                <w:color w:val="000000"/>
                <w:sz w:val="17"/>
              </w:rPr>
              <w:t>$</w:t>
            </w:r>
          </w:p>
        </w:tc>
        <w:tc>
          <w:tcPr>
            <w:tcW w:type="dxa" w:w="1244"/>
            <w:vAlign w:val="center"/>
            <w:tcMar>
              <w:top w:w="45" w:type="dxa"/>
              <w:start w:w="75" w:type="dxa"/>
              <w:bottom w:w="45" w:type="dxa"/>
              <w:end w:w="75" w:type="dxa"/>
            </w:tcMar>
            <w:shd w:fill="D9D9D9"/>
          </w:tcPr>
          <w:p>
            <w:pPr>
              <w:spacing w:after="0"/>
              <w:jc w:val="left"/>
            </w:pPr>
            <w:r/>
            <w:r>
              <w:rPr>
                <w:rFonts w:ascii="Arial" w:hAnsi="Arial"/>
                <w:b w:val="0"/>
                <w:color w:val="000000"/>
                <w:sz w:val="17"/>
              </w:rPr>
            </w:r>
          </w:p>
        </w:tc>
      </w:tr>
    </w:tbl>
    <w:p>
      <w:pPr>
        <w:spacing w:before="60" w:after="40"/>
        <w:jc w:val="center"/>
      </w:pPr>
      <w:r>
        <w:rPr>
          <w:b/>
          <w:sz w:val="16"/>
        </w:rPr>
        <w:t>Entregue la solicitud completa a Pierre Area Referral Service, 110 W. Missouri Ave., Pierre, SD 57501</w:t>
      </w:r>
    </w:p>
    <w:p>
      <w:pPr>
        <w:spacing w:after="80"/>
      </w:pPr>
      <w:r>
        <w:rPr>
          <w:sz w:val="15"/>
        </w:rPr>
        <w:t>Confirmo que, según mi leal saber y entender, la información que proporcioné es verdadera y completa, y que puede verificarse. Las declaraciones falsas pueden causar la denegación de servicios. Completar esta solicitud no garantiza recibir una cena festiva. Las cenas dependen de las donaciones disponibles. La solicitud debe estar completa e incluir un número de teléfono que funcione para poder avisar al hogar.</w:t>
      </w:r>
    </w:p>
    <w:tbl>
      <w:tblPr>
        <w:tblW w:type="dxa" w:w="10944"/>
        <w:jc w:val="center"/>
        <w:tblLayout w:type="fixed"/>
        <w:tblLook w:firstColumn="1" w:firstRow="1" w:lastColumn="0" w:lastRow="0" w:noHBand="0" w:noVBand="1" w:val="04A0"/>
      </w:tblPr>
      <w:tblGrid>
        <w:gridCol w:w="7200"/>
        <w:gridCol w:w="3744"/>
      </w:tblGrid>
      <w:tr>
        <w:tc>
          <w:tcPr>
            <w:tcW w:type="dxa" w:w="7200"/>
            <w:vAlign w:val="center"/>
            <w:tcMar>
              <w:top w:w="45" w:type="dxa"/>
              <w:start w:w="75" w:type="dxa"/>
              <w:bottom w:w="45" w:type="dxa"/>
              <w:end w:w="75" w:type="dxa"/>
            </w:tcMar>
          </w:tcPr>
          <w:p>
            <w:pPr>
              <w:spacing w:after="0"/>
              <w:jc w:val="center"/>
            </w:pPr>
            <w:r/>
            <w:r>
              <w:rPr>
                <w:rFonts w:ascii="Arial" w:hAnsi="Arial"/>
                <w:b w:val="0"/>
                <w:color w:val="000000"/>
                <w:sz w:val="16"/>
              </w:rPr>
              <w:t>________________________________________</w:t>
              <w:br/>
              <w:t>Firma de quien solicita</w:t>
            </w:r>
          </w:p>
        </w:tc>
        <w:tc>
          <w:tcPr>
            <w:tcW w:type="dxa" w:w="3744"/>
            <w:vAlign w:val="center"/>
            <w:tcMar>
              <w:top w:w="45" w:type="dxa"/>
              <w:start w:w="75" w:type="dxa"/>
              <w:bottom w:w="45" w:type="dxa"/>
              <w:end w:w="75" w:type="dxa"/>
            </w:tcMar>
          </w:tcPr>
          <w:p>
            <w:pPr>
              <w:spacing w:after="0"/>
              <w:jc w:val="center"/>
            </w:pPr>
            <w:r/>
            <w:r>
              <w:rPr>
                <w:rFonts w:ascii="Arial" w:hAnsi="Arial"/>
                <w:b w:val="0"/>
                <w:color w:val="000000"/>
                <w:sz w:val="16"/>
              </w:rPr>
              <w:t>____________________</w:t>
              <w:br/>
              <w:t>Fecha</w:t>
            </w:r>
          </w:p>
        </w:tc>
      </w:tr>
    </w:tbl>
    <w:p>
      <w:pPr>
        <w:spacing w:before="60"/>
      </w:pPr>
      <w:r>
        <w:rPr>
          <w:rFonts w:ascii="Arial" w:hAnsi="Arial"/>
          <w:sz w:val="17"/>
        </w:rPr>
        <w:t>☐  APROBADO POR PERSONAL: ______________________________</w:t>
      </w:r>
    </w:p>
    <w:tbl>
      <w:tblPr>
        <w:tblW w:type="dxa" w:w="10944"/>
        <w:jc w:val="center"/>
        <w:tblLayout w:type="fixed"/>
        <w:tblLook w:firstColumn="1" w:firstRow="1" w:lastColumn="0" w:lastRow="0" w:noHBand="0" w:noVBand="1" w:val="04A0"/>
      </w:tblPr>
      <w:tblGrid>
        <w:gridCol w:w="10944"/>
      </w:tblGrid>
      <w:tr>
        <w:tc>
          <w:tcPr>
            <w:tcW w:type="dxa" w:w="10944"/>
            <w:vAlign w:val="center"/>
            <w:tcMar>
              <w:top w:w="45" w:type="dxa"/>
              <w:start w:w="75" w:type="dxa"/>
              <w:bottom w:w="45" w:type="dxa"/>
              <w:end w:w="75" w:type="dxa"/>
            </w:tcMar>
            <w:shd w:fill="000000"/>
          </w:tcPr>
          <w:p>
            <w:pPr>
              <w:spacing w:after="0"/>
              <w:jc w:val="center"/>
            </w:pPr>
            <w:r/>
            <w:r>
              <w:rPr>
                <w:rFonts w:ascii="Arial" w:hAnsi="Arial"/>
                <w:b/>
                <w:color w:val="FFFFFF"/>
                <w:sz w:val="16"/>
              </w:rPr>
              <w:t>SOLO RECOGIDA  |  ENTREGA: 21 DE NOVIEMBRE DE 2026  |  HORA: POR CONFIRMAR</w:t>
            </w:r>
          </w:p>
        </w:tc>
      </w:tr>
    </w:tbl>
    <w:p>
      <w:pPr>
        <w:spacing w:before="20"/>
        <w:jc w:val="center"/>
      </w:pPr>
      <w:r>
        <w:drawing>
          <wp:inline xmlns:a="http://schemas.openxmlformats.org/drawingml/2006/main" xmlns:pic="http://schemas.openxmlformats.org/drawingml/2006/picture">
            <wp:extent cx="1051560" cy="453047"/>
            <wp:docPr id="3" name="Picture 3"/>
            <wp:cNvGraphicFramePr>
              <a:graphicFrameLocks noChangeAspect="1"/>
            </wp:cNvGraphicFramePr>
            <a:graphic>
              <a:graphicData uri="http://schemas.openxmlformats.org/drawingml/2006/picture">
                <pic:pic>
                  <pic:nvPicPr>
                    <pic:cNvPr id="0" name="image3.jpeg"/>
                    <pic:cNvPicPr/>
                  </pic:nvPicPr>
                  <pic:blipFill>
                    <a:blip r:embed="rId11"/>
                    <a:stretch>
                      <a:fillRect/>
                    </a:stretch>
                  </pic:blipFill>
                  <pic:spPr>
                    <a:xfrm>
                      <a:off x="0" y="0"/>
                      <a:ext cx="1051560" cy="453047"/>
                    </a:xfrm>
                    <a:prstGeom prst="rect"/>
                  </pic:spPr>
                </pic:pic>
              </a:graphicData>
            </a:graphic>
          </wp:inline>
        </w:drawing>
      </w:r>
    </w:p>
    <w:p>
      <w:pPr>
        <w:spacing w:before="0"/>
        <w:jc w:val="center"/>
      </w:pPr>
      <w:r>
        <w:rPr>
          <w:rFonts w:ascii="Arial" w:hAnsi="Arial"/>
          <w:b/>
          <w:i/>
          <w:sz w:val="14"/>
        </w:rPr>
        <w:t>Agencia asociada de Capital Area United Way</w:t>
      </w:r>
    </w:p>
    <w:sectPr w:rsidR="00FC693F" w:rsidRPr="0006063C" w:rsidSect="00034616">
      <w:pgSz w:w="12240" w:h="15840"/>
      <w:pgMar w:top="461" w:right="648" w:bottom="432"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png"/><Relationship Id="rId1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para la cena festiva de Acción de Gracias 2026</dc:title>
  <dc:subject>Pierre Area Referral Service holiday feast application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